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DOHODA O PRACOVNÍ ČINNOSTI</w:t>
      </w:r>
    </w:p>
    <w:p>
      <w:pPr>
        <w:spacing w:before="0" w:after="280"/>
        <w:jc w:val="center"/>
      </w:pPr>
      <w:r>
        <w:rPr>
          <w:b w:val="0"/>
          <w:sz w:val="20"/>
        </w:rPr>
        <w:t>uzavřená podle § 76 zákona č. 262/2006 Sb., zákoník práce, ve znění pozdějších předpisů</w:t>
      </w:r>
    </w:p>
    <w:p>
      <w:pPr>
        <w:spacing w:before="200" w:after="80"/>
      </w:pPr>
      <w:r>
        <w:rPr>
          <w:b/>
          <w:sz w:val="26"/>
        </w:rPr>
        <w:t>I. Smluvní strany</w:t>
      </w:r>
    </w:p>
    <w:p>
      <w:pPr>
        <w:spacing w:before="80" w:after="40"/>
      </w:pPr>
      <w:r>
        <w:rPr>
          <w:b/>
          <w:sz w:val="22"/>
        </w:rPr>
        <w:t>Zaměstnavatel: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místo podnikání: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0" w:after="120"/>
      </w:pPr>
      <w:r>
        <w:rPr>
          <w:b w:val="0"/>
          <w:sz w:val="22"/>
        </w:rPr>
        <w:t>Zastoupený: ____________________</w:t>
      </w:r>
    </w:p>
    <w:p>
      <w:pPr>
        <w:spacing w:before="0" w:after="80"/>
      </w:pPr>
      <w:r>
        <w:rPr>
          <w:b w:val="0"/>
          <w:sz w:val="20"/>
        </w:rPr>
        <w:t>(dále jen „zaměstnavatel“)</w:t>
      </w:r>
    </w:p>
    <w:p>
      <w:pPr>
        <w:spacing w:before="80" w:after="40"/>
      </w:pPr>
      <w:r>
        <w:rPr>
          <w:b/>
          <w:sz w:val="22"/>
        </w:rPr>
        <w:t>Zaměstnanec:</w:t>
      </w:r>
    </w:p>
    <w:p>
      <w:pPr>
        <w:spacing w:before="0" w:after="120"/>
      </w:pPr>
      <w:r>
        <w:rPr>
          <w:b w:val="0"/>
          <w:sz w:val="22"/>
        </w:rPr>
        <w:t>Jméno a příjmení: ____________________</w:t>
      </w:r>
    </w:p>
    <w:p>
      <w:pPr>
        <w:spacing w:before="0" w:after="120"/>
      </w:pPr>
      <w:r>
        <w:rPr>
          <w:b w:val="0"/>
          <w:sz w:val="22"/>
        </w:rPr>
        <w:t>Datum narození: ____________________</w:t>
      </w:r>
    </w:p>
    <w:p>
      <w:pPr>
        <w:spacing w:before="0" w:after="120"/>
      </w:pPr>
      <w:r>
        <w:rPr>
          <w:b w:val="0"/>
          <w:sz w:val="22"/>
        </w:rPr>
        <w:t>Bydliště: ____________________</w:t>
      </w:r>
    </w:p>
    <w:p>
      <w:pPr>
        <w:spacing w:before="0" w:after="80"/>
      </w:pPr>
      <w:r>
        <w:rPr>
          <w:b w:val="0"/>
          <w:sz w:val="20"/>
        </w:rPr>
        <w:t>(dále jen „zaměstnanec“)</w:t>
      </w:r>
    </w:p>
    <w:p>
      <w:pPr>
        <w:spacing w:before="200" w:after="80"/>
      </w:pPr>
      <w:r>
        <w:rPr>
          <w:b/>
          <w:sz w:val="26"/>
        </w:rPr>
        <w:t>II. Sjednané práce</w:t>
      </w:r>
    </w:p>
    <w:p>
      <w:pPr>
        <w:spacing w:before="0" w:after="120"/>
      </w:pPr>
      <w:r>
        <w:rPr>
          <w:b w:val="0"/>
          <w:sz w:val="22"/>
        </w:rPr>
        <w:t>1. Zaměstnanec se zavazuje pro zaměstnavatele vykonávat tyto práce: ____________________</w:t>
      </w:r>
    </w:p>
    <w:p>
      <w:pPr>
        <w:spacing w:before="0" w:after="120"/>
      </w:pPr>
      <w:r>
        <w:rPr>
          <w:b w:val="0"/>
          <w:sz w:val="22"/>
        </w:rPr>
        <w:t>2. Místem výkonu práce je: ____________________</w:t>
      </w:r>
    </w:p>
    <w:p>
      <w:pPr>
        <w:spacing w:before="200" w:after="80"/>
      </w:pPr>
      <w:r>
        <w:rPr>
          <w:b/>
          <w:sz w:val="26"/>
        </w:rPr>
        <w:t>III. Rozsah pracovní doby</w:t>
      </w:r>
    </w:p>
    <w:p>
      <w:pPr>
        <w:spacing w:before="0" w:after="120"/>
      </w:pPr>
      <w:r>
        <w:rPr>
          <w:b w:val="0"/>
          <w:sz w:val="22"/>
        </w:rPr>
        <w:t>1. Sjednaný rozsah pracovní doby činí ____ hodin týdně. Rozsah pracovní doby nesmí překročit v průměru polovinu stanovené týdenní pracovní doby; dodržování tohoto rozsahu se posuzuje za celou dobu trvání dohody, nejdéle však za období 52 týdnů (§ 76 odst. 2 a 3 zákoníku práce).</w:t>
      </w:r>
    </w:p>
    <w:p>
      <w:pPr>
        <w:spacing w:before="0" w:after="120"/>
      </w:pPr>
      <w:r>
        <w:rPr>
          <w:b w:val="0"/>
          <w:sz w:val="22"/>
        </w:rPr>
        <w:t>2. Zaměstnavatel rozvrhne zaměstnanci pracovní dobu předem v písemném rozvrhu a seznámí ho s ním nebo s jeho změnou nejpozději 3 dny před začátkem směny nebo období, na něž je pracovní doba rozvržena, nedohodnou-li se na jiné době seznámení (§ 74 odst. 2 zákoníku práce).</w:t>
      </w:r>
    </w:p>
    <w:p>
      <w:pPr>
        <w:spacing w:before="0" w:after="120"/>
      </w:pPr>
      <w:r>
        <w:rPr>
          <w:b w:val="0"/>
          <w:sz w:val="22"/>
        </w:rPr>
        <w:t>3. Zaměstnavatel vede evidenci odpracované doby zaměstnance.</w:t>
      </w:r>
    </w:p>
    <w:p>
      <w:pPr>
        <w:spacing w:before="200" w:after="80"/>
      </w:pPr>
      <w:r>
        <w:rPr>
          <w:b/>
          <w:sz w:val="26"/>
        </w:rPr>
        <w:t>IV. Doba trvání dohody</w:t>
      </w:r>
    </w:p>
    <w:p>
      <w:pPr>
        <w:spacing w:before="0" w:after="120"/>
      </w:pPr>
      <w:r>
        <w:rPr>
          <w:b w:val="0"/>
          <w:sz w:val="22"/>
        </w:rPr>
        <w:t>Dohoda se uzavírá na dobu určitou od ____________ do ____________ / na dobu neurčitou (nehodící se škrtněte).</w:t>
      </w:r>
    </w:p>
    <w:p>
      <w:pPr>
        <w:spacing w:before="200" w:after="80"/>
      </w:pPr>
      <w:r>
        <w:rPr>
          <w:b/>
          <w:sz w:val="26"/>
        </w:rPr>
        <w:t>V. Odměna z dohody</w:t>
      </w:r>
    </w:p>
    <w:p>
      <w:pPr>
        <w:spacing w:before="0" w:after="120"/>
      </w:pPr>
      <w:r>
        <w:rPr>
          <w:b w:val="0"/>
          <w:sz w:val="22"/>
        </w:rPr>
        <w:t>1. Za vykonanou práci náleží zaměstnanci odměna ve výši ______ Kč za hodinu. Odměna nesmí být nižší než minimální mzda přepočtená na odpracovanou hodinu.</w:t>
      </w:r>
    </w:p>
    <w:p>
      <w:pPr>
        <w:spacing w:before="0" w:after="120"/>
      </w:pPr>
      <w:r>
        <w:rPr>
          <w:b w:val="0"/>
          <w:sz w:val="22"/>
        </w:rPr>
        <w:t>2. Odměna je splatná měsíčně, nejpozději do ____ dne následujícího kalendářního měsíce, a bude vyplácena převodem na účet zaměstnance č. ____________________ / v hotovosti (nehodící se škrtněte).</w:t>
      </w:r>
    </w:p>
    <w:p>
      <w:pPr>
        <w:spacing w:before="200" w:after="80"/>
      </w:pPr>
      <w:r>
        <w:rPr>
          <w:b/>
          <w:sz w:val="26"/>
        </w:rPr>
        <w:t>VI. Zrušení dohody</w:t>
      </w:r>
    </w:p>
    <w:p>
      <w:pPr>
        <w:spacing w:before="0" w:after="120"/>
      </w:pPr>
      <w:r>
        <w:rPr>
          <w:b w:val="0"/>
          <w:sz w:val="22"/>
        </w:rPr>
        <w:t>Právní vztah založený touto dohodou lze zrušit dohodou smluvních stran ke sjednanému dni, výpovědí danou z jakéhokoli důvodu nebo bez uvedení důvodu s patnáctidenní výpovědní dobou, která začíná dnem doručení výpovědi druhé smluvní straně, nebo okamžitým zrušením v případech, kdy je možné okamžitě zrušit pracovní poměr (§ 77 odst. 5 zákoníku práce). Zrušení vyžaduje písemnou formu.</w:t>
      </w:r>
    </w:p>
    <w:p>
      <w:pPr>
        <w:spacing w:before="200" w:after="80"/>
      </w:pPr>
      <w:r>
        <w:rPr>
          <w:b/>
          <w:sz w:val="26"/>
        </w:rPr>
        <w:t>VII. Závěrečná ustanovení</w:t>
      </w:r>
    </w:p>
    <w:p>
      <w:pPr>
        <w:spacing w:before="0" w:after="120"/>
      </w:pPr>
      <w:r>
        <w:rPr>
          <w:b w:val="0"/>
          <w:sz w:val="22"/>
        </w:rPr>
        <w:t>1. Práva a povinnosti touto dohodou výslovně neupravené se řídí zákoníkem práce a ostatními pracovněprávními předpisy.</w:t>
      </w:r>
    </w:p>
    <w:p>
      <w:pPr>
        <w:spacing w:before="0" w:after="120"/>
      </w:pPr>
      <w:r>
        <w:rPr>
          <w:b w:val="0"/>
          <w:sz w:val="22"/>
        </w:rPr>
        <w:t>2. Dohoda je uzavřena písemně ve dvou stejnopisech; jedno vyhotovení vydá zaměstnavatel zaměstnanci (§ 77 odst. 1 zákoníku práce).</w:t>
      </w:r>
    </w:p>
    <w:p>
      <w:pPr>
        <w:spacing w:before="0" w:after="120"/>
      </w:pPr>
      <w:r>
        <w:rPr>
          <w:b w:val="0"/>
          <w:sz w:val="22"/>
        </w:rPr>
        <w:t>3. Smluvní strany prohlašují, že si dohodu přečetly, jejímu obsahu rozumí a na důkaz souhlasu připojují své podpisy.</w:t>
      </w:r>
    </w:p>
    <w:p>
      <w:pPr>
        <w:spacing w:before="0" w:after="16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zaměstnavatel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zaměstnanec</w:t>
            </w:r>
          </w:p>
        </w:tc>
      </w:tr>
    </w:tbl>
    <w:p>
      <w:pPr>
        <w:spacing w:before="0" w:after="80"/>
      </w:pPr>
      <w:r>
        <w:rPr>
          <w:b w:val="0"/>
          <w:sz w:val="20"/>
        </w:rPr>
        <w:t>Pozn.: Dohoda o pracovní činnosti musí být uzavřena písemně a musí v ní být uvedeny sjednané práce, sjednaný rozsah pracovní doby a doba, na kterou se uzavírá (§ 76 odst. 4 zákoníku práce).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