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DODATEK č. ____ KE SMLOUVĚ</w:t>
      </w:r>
    </w:p>
    <w:p>
      <w:pPr>
        <w:jc w:val="center"/>
      </w:pPr>
      <w:r>
        <w:rPr>
          <w:sz w:val="20"/>
        </w:rPr>
        <w:t>uzavřený podle zákona č. 89/2012 Sb., občanský zákoník, ve znění pozdějších předpisů</w:t>
      </w:r>
    </w:p>
    <w:p>
      <w:pPr>
        <w:spacing w:before="240" w:after="80"/>
      </w:pPr>
      <w:r>
        <w:rPr>
          <w:b/>
          <w:sz w:val="26"/>
        </w:rPr>
        <w:t>I. Smluvní strany</w:t>
      </w:r>
    </w:p>
    <w:p>
      <w:pPr>
        <w:spacing w:after="120"/>
      </w:pPr>
      <w:r>
        <w:rPr>
          <w:b/>
        </w:rPr>
        <w:t>Smluvní strana 1:</w:t>
      </w:r>
    </w:p>
    <w:p>
      <w:pPr>
        <w:spacing w:after="120"/>
      </w:pPr>
      <w:r>
        <w:rPr>
          <w:b w:val="0"/>
        </w:rPr>
        <w:t>Jméno / název: ____________________</w:t>
      </w:r>
    </w:p>
    <w:p>
      <w:pPr>
        <w:spacing w:after="120"/>
      </w:pPr>
      <w:r>
        <w:rPr>
          <w:b w:val="0"/>
        </w:rPr>
        <w:t>Sídlo / bydliště: ____________________</w:t>
      </w:r>
    </w:p>
    <w:p>
      <w:pPr>
        <w:spacing w:after="120"/>
      </w:pPr>
      <w:r>
        <w:rPr>
          <w:b w:val="0"/>
        </w:rPr>
        <w:t>IČO / datum narození: ____________________</w:t>
      </w:r>
    </w:p>
    <w:p>
      <w:pPr>
        <w:spacing w:after="120"/>
      </w:pPr>
      <w:r>
        <w:rPr>
          <w:b/>
        </w:rPr>
        <w:t>Smluvní strana 2:</w:t>
      </w:r>
    </w:p>
    <w:p>
      <w:pPr>
        <w:spacing w:after="120"/>
      </w:pPr>
      <w:r>
        <w:rPr>
          <w:b w:val="0"/>
        </w:rPr>
        <w:t>Jméno / název: ____________________</w:t>
      </w:r>
    </w:p>
    <w:p>
      <w:pPr>
        <w:spacing w:after="120"/>
      </w:pPr>
      <w:r>
        <w:rPr>
          <w:b w:val="0"/>
        </w:rPr>
        <w:t>Sídlo / bydliště: ____________________</w:t>
      </w:r>
    </w:p>
    <w:p>
      <w:pPr>
        <w:spacing w:after="120"/>
      </w:pPr>
      <w:r>
        <w:rPr>
          <w:b w:val="0"/>
        </w:rPr>
        <w:t>IČO / datum narození: ____________________</w:t>
      </w:r>
    </w:p>
    <w:p>
      <w:pPr>
        <w:spacing w:before="240" w:after="80"/>
      </w:pPr>
      <w:r>
        <w:rPr>
          <w:b/>
          <w:sz w:val="26"/>
        </w:rPr>
        <w:t>II. Identifikace měněné smlouvy</w:t>
      </w:r>
    </w:p>
    <w:p>
      <w:pPr>
        <w:spacing w:after="120"/>
      </w:pPr>
      <w:r>
        <w:rPr>
          <w:b w:val="0"/>
        </w:rPr>
        <w:t>Strany spolu dne ____________ uzavřely smlouvu: ____________________ (název, případně číslo smlouvy; dále jen „smlouva“).</w:t>
      </w:r>
    </w:p>
    <w:p>
      <w:pPr>
        <w:spacing w:before="240" w:after="80"/>
      </w:pPr>
      <w:r>
        <w:rPr>
          <w:b/>
          <w:sz w:val="26"/>
        </w:rPr>
        <w:t>III. Předmět dodatku</w:t>
      </w:r>
    </w:p>
    <w:p>
      <w:pPr>
        <w:spacing w:after="120"/>
      </w:pPr>
      <w:r>
        <w:rPr>
          <w:b w:val="0"/>
        </w:rPr>
        <w:t>1. Strany se dohodly, že smlouva se mění takto:</w:t>
      </w:r>
    </w:p>
    <w:p>
      <w:pPr>
        <w:spacing w:after="120"/>
      </w:pPr>
      <w:r>
        <w:rPr>
          <w:b w:val="0"/>
        </w:rPr>
        <w:t>Článek / ustanovení: ____________________</w:t>
      </w:r>
    </w:p>
    <w:p>
      <w:pPr>
        <w:spacing w:after="120"/>
      </w:pPr>
      <w:r>
        <w:rPr>
          <w:b w:val="0"/>
        </w:rPr>
        <w:t>Dosavadní znění: ____________________</w:t>
      </w:r>
    </w:p>
    <w:p>
      <w:pPr>
        <w:spacing w:after="120"/>
      </w:pPr>
      <w:r>
        <w:rPr>
          <w:b w:val="0"/>
        </w:rPr>
        <w:t>Nové znění: ____________________</w:t>
      </w:r>
    </w:p>
    <w:p>
      <w:pPr>
        <w:spacing w:after="120"/>
      </w:pPr>
      <w:r>
        <w:rPr>
          <w:b w:val="0"/>
        </w:rPr>
        <w:t>2. Případná další měněná ustanovení: ____________________.</w:t>
      </w:r>
    </w:p>
    <w:p>
      <w:pPr>
        <w:spacing w:before="240" w:after="80"/>
      </w:pPr>
      <w:r>
        <w:rPr>
          <w:b/>
          <w:sz w:val="26"/>
        </w:rPr>
        <w:t>IV. Závěrečná ustanovení</w:t>
      </w:r>
    </w:p>
    <w:p>
      <w:pPr>
        <w:spacing w:after="120"/>
      </w:pPr>
      <w:r>
        <w:rPr>
          <w:b w:val="0"/>
        </w:rPr>
        <w:t>1. Ostatní ustanovení smlouvy zůstávají tímto dodatkem nedotčena a platí beze změny.</w:t>
      </w:r>
    </w:p>
    <w:p>
      <w:pPr>
        <w:spacing w:after="120"/>
      </w:pPr>
      <w:r>
        <w:rPr>
          <w:b w:val="0"/>
        </w:rPr>
        <w:t>2. Tento dodatek nabývá platnosti a účinnosti dnem podpisu oběma stranami, nedohodnou-li se strany na pozdější účinnosti od ____________.</w:t>
      </w:r>
    </w:p>
    <w:p>
      <w:pPr>
        <w:spacing w:after="120"/>
      </w:pPr>
      <w:r>
        <w:rPr>
          <w:b w:val="0"/>
        </w:rPr>
        <w:t>3. Dodatek je vyhotoven ve dvou stejnopisech, z nichž každá strana obdrží po jednom, a stává se nedílnou součástí smlouvy.</w:t>
      </w:r>
    </w:p>
    <w:p>
      <w:pPr>
        <w:spacing w:after="120"/>
      </w:pPr>
      <w:r>
        <w:rPr>
          <w:b w:val="0"/>
        </w:rPr>
        <w:t>4. Strany prohlašují, že si dodatek přečetly, jeho obsahu rozumí a na důkaz svobodné a vážné vůle připojují své podpisy.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</w:tcPr>
          <w:p>
            <w:r>
              <w:t>V ____________ dne ____________</w:t>
            </w:r>
          </w:p>
        </w:tc>
        <w:tc>
          <w:tcPr>
            <w:tcW w:type="dxa" w:w="4873"/>
          </w:tcPr>
          <w:p>
            <w:r>
              <w:t>V ____________ dne ____________</w:t>
            </w:r>
          </w:p>
        </w:tc>
      </w:tr>
      <w:tr>
        <w:tc>
          <w:tcPr>
            <w:tcW w:type="dxa" w:w="4873"/>
          </w:tcPr>
          <w:p>
            <w:r>
              <w:t>_________________________</w:t>
            </w:r>
          </w:p>
        </w:tc>
        <w:tc>
          <w:tcPr>
            <w:tcW w:type="dxa" w:w="4873"/>
          </w:tcPr>
          <w:p>
            <w:r>
              <w:t>_________________________</w:t>
            </w:r>
          </w:p>
        </w:tc>
      </w:tr>
      <w:tr>
        <w:tc>
          <w:tcPr>
            <w:tcW w:type="dxa" w:w="4873"/>
          </w:tcPr>
          <w:p>
            <w:r>
              <w:t>smluvní strana 1</w:t>
            </w:r>
          </w:p>
        </w:tc>
        <w:tc>
          <w:tcPr>
            <w:tcW w:type="dxa" w:w="4873"/>
          </w:tcPr>
          <w:p>
            <w:r>
              <w:t>smluvní strana 2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color w:val="6B726E"/>
        <w:sz w:val="16"/>
      </w:rPr>
      <w:t>Vzor připravil DokladBot | české účetnictví přes WhatsApp | dokladbot.cz/vzory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