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DODATEK č. ____ K PRACOVNÍ SMLOUVĚ</w:t>
      </w:r>
    </w:p>
    <w:p>
      <w:pPr>
        <w:jc w:val="center"/>
      </w:pPr>
      <w:r>
        <w:rPr>
          <w:sz w:val="20"/>
        </w:rPr>
        <w:t>uzavřený podle § 40 zákona č. 262/2006 Sb., zákoník práce, ve znění pozdějších předpisů</w:t>
      </w:r>
    </w:p>
    <w:p>
      <w:pPr>
        <w:spacing w:before="240" w:after="80"/>
      </w:pPr>
      <w:r>
        <w:rPr>
          <w:b/>
          <w:sz w:val="26"/>
        </w:rPr>
        <w:t>I. Smluvní strany</w:t>
      </w:r>
    </w:p>
    <w:p>
      <w:pPr>
        <w:spacing w:after="120"/>
      </w:pPr>
      <w:r>
        <w:rPr>
          <w:b/>
        </w:rPr>
        <w:t>Zaměstnavatel:</w:t>
      </w:r>
    </w:p>
    <w:p>
      <w:pPr>
        <w:spacing w:after="120"/>
      </w:pPr>
      <w:r>
        <w:rPr>
          <w:b w:val="0"/>
        </w:rPr>
        <w:t>Jméno / název: ____________________</w:t>
      </w:r>
    </w:p>
    <w:p>
      <w:pPr>
        <w:spacing w:after="120"/>
      </w:pPr>
      <w:r>
        <w:rPr>
          <w:b w:val="0"/>
        </w:rPr>
        <w:t>Sídlo: ____________________</w:t>
      </w:r>
    </w:p>
    <w:p>
      <w:pPr>
        <w:spacing w:after="120"/>
      </w:pPr>
      <w:r>
        <w:rPr>
          <w:b w:val="0"/>
        </w:rPr>
        <w:t>IČO: ____________________</w:t>
      </w:r>
    </w:p>
    <w:p>
      <w:pPr>
        <w:spacing w:after="120"/>
      </w:pPr>
      <w:r>
        <w:rPr>
          <w:b/>
        </w:rPr>
        <w:t>Zaměstnanec:</w:t>
      </w:r>
    </w:p>
    <w:p>
      <w:pPr>
        <w:spacing w:after="120"/>
      </w:pPr>
      <w:r>
        <w:rPr>
          <w:b w:val="0"/>
        </w:rPr>
        <w:t>Jméno a příjmení: ____________________</w:t>
      </w:r>
    </w:p>
    <w:p>
      <w:pPr>
        <w:spacing w:after="120"/>
      </w:pPr>
      <w:r>
        <w:rPr>
          <w:b w:val="0"/>
        </w:rPr>
        <w:t>Datum narození: ____________________</w:t>
      </w:r>
    </w:p>
    <w:p>
      <w:pPr>
        <w:spacing w:after="120"/>
      </w:pPr>
      <w:r>
        <w:rPr>
          <w:b w:val="0"/>
        </w:rPr>
        <w:t>Bytem: ____________________</w:t>
      </w:r>
    </w:p>
    <w:p>
      <w:pPr>
        <w:spacing w:before="240" w:after="80"/>
      </w:pPr>
      <w:r>
        <w:rPr>
          <w:b/>
          <w:sz w:val="26"/>
        </w:rPr>
        <w:t>II. Identifikace pracovní smlouvy</w:t>
      </w:r>
    </w:p>
    <w:p>
      <w:pPr>
        <w:spacing w:after="120"/>
      </w:pPr>
      <w:r>
        <w:rPr>
          <w:b w:val="0"/>
        </w:rPr>
        <w:t>Strany spolu dne ____________ uzavřely pracovní smlouvu, na jejímž základě zaměstnanec pracuje u zaměstnavatele na pozici ____________________ (dále jen „pracovní smlouva“).</w:t>
      </w:r>
    </w:p>
    <w:p>
      <w:pPr>
        <w:spacing w:before="240" w:after="80"/>
      </w:pPr>
      <w:r>
        <w:rPr>
          <w:b/>
          <w:sz w:val="26"/>
        </w:rPr>
        <w:t>III. Předmět dodatku</w:t>
      </w:r>
    </w:p>
    <w:p>
      <w:pPr>
        <w:spacing w:after="120"/>
      </w:pPr>
      <w:r>
        <w:rPr>
          <w:b w:val="0"/>
        </w:rPr>
        <w:t>1. Strany se dohodly, že pracovní smlouva se s účinností od ____________ mění takto:</w:t>
      </w:r>
    </w:p>
    <w:p>
      <w:pPr>
        <w:spacing w:after="120"/>
      </w:pPr>
      <w:r>
        <w:rPr>
          <w:b w:val="0"/>
        </w:rPr>
        <w:t>Měněné ujednání (např. druh práce, místo výkonu práce, rozsah úvazku): ____________________</w:t>
      </w:r>
    </w:p>
    <w:p>
      <w:pPr>
        <w:spacing w:after="120"/>
      </w:pPr>
      <w:r>
        <w:rPr>
          <w:b w:val="0"/>
        </w:rPr>
        <w:t>Nové znění: ____________________</w:t>
      </w:r>
    </w:p>
    <w:p>
      <w:pPr>
        <w:spacing w:after="120"/>
      </w:pPr>
      <w:r>
        <w:rPr>
          <w:b w:val="0"/>
          <w:sz w:val="20"/>
        </w:rPr>
        <w:t>2. Je-li mzda sjednána přímo v pracovní smlouvě, lze ji změnit jen dohodou stran, tedy tímto dodatkem. Určuje-li mzdu zaměstnavatel mzdovým výměrem, mění se mzda novým mzdovým výměrem, ne dodatkem.</w:t>
      </w:r>
    </w:p>
    <w:p>
      <w:pPr>
        <w:spacing w:before="240" w:after="80"/>
      </w:pPr>
      <w:r>
        <w:rPr>
          <w:b/>
          <w:sz w:val="26"/>
        </w:rPr>
        <w:t>IV. Závěrečná ustanovení</w:t>
      </w:r>
    </w:p>
    <w:p>
      <w:pPr>
        <w:spacing w:after="120"/>
      </w:pPr>
      <w:r>
        <w:rPr>
          <w:b w:val="0"/>
        </w:rPr>
        <w:t>1. Ostatní ujednání pracovní smlouvy zůstávají nedotčena.</w:t>
      </w:r>
    </w:p>
    <w:p>
      <w:pPr>
        <w:spacing w:after="120"/>
      </w:pPr>
      <w:r>
        <w:rPr>
          <w:b w:val="0"/>
        </w:rPr>
        <w:t>2. Dodatek je vyhotoven ve dvou stejnopisech, z nichž každá strana obdrží po jednom, a stává se nedílnou součástí pracovní smlouvy.</w:t>
      </w:r>
    </w:p>
    <w:p>
      <w:pPr>
        <w:spacing w:after="120"/>
      </w:pPr>
      <w:r>
        <w:rPr>
          <w:b w:val="0"/>
        </w:rPr>
        <w:t>3. Strany prohlašují, že si dodatek přečetly, jeho obsahu rozumí a na důkaz svobodné a vážné vůle připojují své podpisy.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zaměstnavatel</w:t>
            </w:r>
          </w:p>
        </w:tc>
        <w:tc>
          <w:tcPr>
            <w:tcW w:type="dxa" w:w="4873"/>
          </w:tcPr>
          <w:p>
            <w:r>
              <w:t>zaměstnanec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