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6"/>
        </w:rPr>
        <w:t>CESTOVNÍ PŘÍKAZ</w:t>
      </w:r>
    </w:p>
    <w:p>
      <w:pPr>
        <w:spacing w:before="0" w:after="280"/>
        <w:jc w:val="center"/>
      </w:pPr>
      <w:r>
        <w:rPr>
          <w:b w:val="0"/>
          <w:sz w:val="20"/>
        </w:rPr>
        <w:t>vyúčtování tuzemské pracovní cesty, sazby náhrad podle vyhlášky č. 573/2025 Sb. pro rok 2026</w:t>
      </w:r>
    </w:p>
    <w:p>
      <w:pPr>
        <w:spacing w:before="200" w:after="80"/>
      </w:pPr>
      <w:r>
        <w:rPr>
          <w:b/>
          <w:sz w:val="26"/>
        </w:rPr>
        <w:t>I. Cestující</w:t>
      </w:r>
    </w:p>
    <w:p>
      <w:pPr>
        <w:spacing w:before="0" w:after="120"/>
      </w:pPr>
      <w:r>
        <w:rPr>
          <w:b w:val="0"/>
          <w:sz w:val="22"/>
        </w:rPr>
        <w:t>Jméno a příjmení: ____________________</w:t>
      </w:r>
    </w:p>
    <w:p>
      <w:pPr>
        <w:spacing w:before="0" w:after="120"/>
      </w:pPr>
      <w:r>
        <w:rPr>
          <w:b w:val="0"/>
          <w:sz w:val="22"/>
        </w:rPr>
        <w:t>Firma / zaměstnavatel: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200" w:after="80"/>
      </w:pPr>
      <w:r>
        <w:rPr>
          <w:b/>
          <w:sz w:val="26"/>
        </w:rPr>
        <w:t>II. Údaje o pracovní cestě</w:t>
      </w:r>
    </w:p>
    <w:p>
      <w:pPr>
        <w:spacing w:before="0" w:after="120"/>
      </w:pPr>
      <w:r>
        <w:rPr>
          <w:b w:val="0"/>
          <w:sz w:val="22"/>
        </w:rPr>
        <w:t>Počátek cesty (místo, datum, hodina): ____________________</w:t>
      </w:r>
    </w:p>
    <w:p>
      <w:pPr>
        <w:spacing w:before="0" w:after="120"/>
      </w:pPr>
      <w:r>
        <w:rPr>
          <w:b w:val="0"/>
          <w:sz w:val="22"/>
        </w:rPr>
        <w:t>Místo jednání: ____________________</w:t>
      </w:r>
    </w:p>
    <w:p>
      <w:pPr>
        <w:spacing w:before="0" w:after="120"/>
      </w:pPr>
      <w:r>
        <w:rPr>
          <w:b w:val="0"/>
          <w:sz w:val="22"/>
        </w:rPr>
        <w:t>Účel cesty: ____________________</w:t>
      </w:r>
    </w:p>
    <w:p>
      <w:pPr>
        <w:spacing w:before="0" w:after="120"/>
      </w:pPr>
      <w:r>
        <w:rPr>
          <w:b w:val="0"/>
          <w:sz w:val="22"/>
        </w:rPr>
        <w:t>Konec cesty (místo, datum, hodina): ____________________</w:t>
      </w:r>
    </w:p>
    <w:p>
      <w:pPr>
        <w:spacing w:before="0" w:after="120"/>
      </w:pPr>
      <w:r>
        <w:rPr>
          <w:b w:val="0"/>
          <w:sz w:val="22"/>
        </w:rPr>
        <w:t>Spolucestující: ____________________</w:t>
      </w:r>
    </w:p>
    <w:p>
      <w:pPr>
        <w:spacing w:before="0" w:after="120"/>
      </w:pPr>
      <w:r>
        <w:rPr>
          <w:b w:val="0"/>
          <w:sz w:val="22"/>
        </w:rPr>
        <w:t>Dopravní prostředek: vlastní osobní automobil / služební vozidlo / vlak / autobus / jiný: __________</w:t>
      </w:r>
    </w:p>
    <w:p>
      <w:pPr>
        <w:spacing w:before="0" w:after="120"/>
      </w:pPr>
      <w:r>
        <w:rPr>
          <w:b w:val="0"/>
          <w:sz w:val="22"/>
        </w:rPr>
        <w:t>Registrační značka vozidla: ____________________</w:t>
      </w:r>
    </w:p>
    <w:p>
      <w:pPr>
        <w:spacing w:before="0" w:after="120"/>
      </w:pPr>
      <w:r>
        <w:rPr>
          <w:b w:val="0"/>
          <w:sz w:val="22"/>
        </w:rPr>
        <w:t>Spotřeba podle technického průkazu (kombinovaná, l/100 km): __________</w:t>
      </w:r>
    </w:p>
    <w:p>
      <w:pPr>
        <w:spacing w:before="200" w:after="80"/>
      </w:pPr>
      <w:r>
        <w:rPr>
          <w:b/>
          <w:sz w:val="26"/>
        </w:rPr>
        <w:t>III. Vyúčtování cesty vlastním vozidlem</w:t>
      </w:r>
    </w:p>
    <w:p>
      <w:pPr>
        <w:spacing w:before="0" w:after="120"/>
      </w:pPr>
      <w:r>
        <w:rPr>
          <w:b w:val="0"/>
          <w:sz w:val="22"/>
        </w:rPr>
        <w:t>1. Základní náhrada: ______ km x 5,90 Kč = ________ Kč (sazba pro osobní silniční motorová vozidla v roce 2026; u jednostopých vozidel a tříkolek 1,60 Kč/km).</w:t>
      </w:r>
    </w:p>
    <w:p>
      <w:pPr>
        <w:spacing w:before="0" w:after="120"/>
      </w:pPr>
      <w:r>
        <w:rPr>
          <w:b w:val="0"/>
          <w:sz w:val="22"/>
        </w:rPr>
        <w:t>2. Náhrada za pohonné hmoty: ______ km x (spotřeba ______ l/100 km x cena ______ Kč/l / 100) = ________ Kč.</w:t>
      </w:r>
    </w:p>
    <w:p>
      <w:pPr>
        <w:spacing w:before="0" w:after="80"/>
      </w:pPr>
      <w:r>
        <w:rPr>
          <w:b w:val="0"/>
          <w:sz w:val="20"/>
        </w:rPr>
        <w:t>Průměrné ceny pohonných hmot pro rok 2026: benzin 95 oktanů 34,70 Kč/l, benzin 98 oktanů 39,00 Kč/l, motorová nafta 44,50 Kč/l (do 31. 5. 2026 platila sazba 34,10 Kč/l), elektřina 7,20 Kč/kWh. Vyšší cenu lze použít jen doloženou dokladem o nákupu.</w:t>
      </w:r>
    </w:p>
    <w:p>
      <w:pPr>
        <w:spacing w:before="200" w:after="80"/>
      </w:pPr>
      <w:r>
        <w:rPr>
          <w:b/>
          <w:sz w:val="26"/>
        </w:rPr>
        <w:t>IV. Stravné</w:t>
      </w:r>
    </w:p>
    <w:p>
      <w:pPr>
        <w:spacing w:before="0" w:after="120"/>
      </w:pPr>
      <w:r>
        <w:rPr>
          <w:b w:val="0"/>
          <w:sz w:val="22"/>
        </w:rPr>
        <w:t>Doba trvání cesty: __________ hodin. Stravné: ________ Kč.</w:t>
      </w:r>
    </w:p>
    <w:p>
      <w:pPr>
        <w:spacing w:before="0" w:after="80"/>
      </w:pPr>
      <w:r>
        <w:rPr>
          <w:b w:val="0"/>
          <w:sz w:val="20"/>
        </w:rPr>
        <w:t>Sazby stravného 2026 (horní hranice, kterou si OSVČ uplatní podle § 24 odst. 2 písm. k) zákona o daních z příjmů): 5 až 12 hodin 185 Kč, déle než 12 hodin až 18 hodin 284 Kč, déle než 18 hodin 442 Kč. Za každé bezplatně poskytnuté jídlo se stravné krátí o 70 % (cesta 5 až 12 h), 35 % (12 až 18 h), resp. 25 % (nad 18 h).</w:t>
      </w:r>
    </w:p>
    <w:p>
      <w:pPr>
        <w:spacing w:before="200" w:after="80"/>
      </w:pPr>
      <w:r>
        <w:rPr>
          <w:b/>
          <w:sz w:val="26"/>
        </w:rPr>
        <w:t>V. Ostatní výdaje</w:t>
      </w:r>
    </w:p>
    <w:p>
      <w:pPr>
        <w:spacing w:before="0" w:after="120"/>
      </w:pPr>
      <w:r>
        <w:rPr>
          <w:b w:val="0"/>
          <w:sz w:val="22"/>
        </w:rPr>
        <w:t>Jízdenky / letenky (dle dokladů): ________ Kč</w:t>
      </w:r>
    </w:p>
    <w:p>
      <w:pPr>
        <w:spacing w:before="0" w:after="120"/>
      </w:pPr>
      <w:r>
        <w:rPr>
          <w:b w:val="0"/>
          <w:sz w:val="22"/>
        </w:rPr>
        <w:t>Ubytování (dle dokladů): ________ Kč</w:t>
      </w:r>
    </w:p>
    <w:p>
      <w:pPr>
        <w:spacing w:before="0" w:after="120"/>
      </w:pPr>
      <w:r>
        <w:rPr>
          <w:b w:val="0"/>
          <w:sz w:val="22"/>
        </w:rPr>
        <w:t>Nutné vedlejší výdaje (parkovné, dálniční poplatky apod., dle dokladů): ________ Kč</w:t>
      </w:r>
    </w:p>
    <w:p>
      <w:pPr>
        <w:spacing w:before="200" w:after="80"/>
      </w:pPr>
      <w:r>
        <w:rPr>
          <w:b/>
          <w:sz w:val="26"/>
        </w:rPr>
        <w:t>VI. Celkem</w:t>
      </w:r>
    </w:p>
    <w:p>
      <w:pPr>
        <w:spacing w:before="0" w:after="120"/>
      </w:pPr>
      <w:r>
        <w:rPr>
          <w:b/>
          <w:sz w:val="22"/>
        </w:rPr>
        <w:t>Celková výše náhrad: ________ Kč</w:t>
      </w:r>
    </w:p>
    <w:p>
      <w:pPr>
        <w:spacing w:before="0" w:after="120"/>
      </w:pPr>
      <w:r>
        <w:rPr>
          <w:b w:val="0"/>
          <w:sz w:val="22"/>
        </w:rPr>
        <w:t>Prohlašuji, že jsem všechny údaje uvedl(a) úplně a správně a přikládám doklady o výdajích.</w:t>
      </w:r>
    </w:p>
    <w:p>
      <w:pPr>
        <w:spacing w:before="0" w:after="160"/>
      </w:pPr>
      <w:r>
        <w:rPr>
          <w:b w:val="0"/>
          <w:sz w:val="22"/>
        </w:rPr>
      </w:r>
    </w:p>
    <w:p>
      <w:pPr>
        <w:spacing w:before="0" w:after="120"/>
      </w:pPr>
      <w:r>
        <w:rPr>
          <w:b w:val="0"/>
          <w:sz w:val="22"/>
        </w:rPr>
        <w:t>V ____________ dne ____________</w:t>
      </w:r>
    </w:p>
    <w:p>
      <w:pPr>
        <w:spacing w:before="0" w:after="320"/>
      </w:pPr>
      <w:r>
        <w:rPr>
          <w:b w:val="0"/>
          <w:sz w:val="22"/>
        </w:rPr>
      </w:r>
    </w:p>
    <w:p>
      <w:pPr>
        <w:spacing w:before="0" w:after="120"/>
      </w:pPr>
      <w:r>
        <w:rPr>
          <w:b w:val="0"/>
          <w:sz w:val="22"/>
        </w:rPr>
        <w:t>_________________________</w:t>
      </w:r>
    </w:p>
    <w:p>
      <w:pPr>
        <w:spacing w:before="0" w:after="120"/>
      </w:pPr>
      <w:r>
        <w:rPr>
          <w:b w:val="0"/>
          <w:sz w:val="22"/>
        </w:rPr>
        <w:t>podpis cestujícího</w:t>
      </w:r>
    </w:p>
    <w:p>
      <w:pPr>
        <w:spacing w:before="0" w:after="80"/>
      </w:pPr>
      <w:r>
        <w:rPr>
          <w:b w:val="0"/>
          <w:sz w:val="20"/>
        </w:rPr>
        <w:t>Pozn.: OSVČ s vozidlem nezahrnutým v obchodním majetku uplatňuje základní náhradu a náhradu za pohonné hmoty; při uplatňování výdajů paušálem procentem z příjmů cestovní náhrady uplatnit nelze. Vzor DokladBot.cz, verze 2026-09.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