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36"/>
        </w:rPr>
        <w:t>ČESTNÉ PROHLÁŠENÍ</w:t>
      </w:r>
    </w:p>
    <w:p>
      <w:pPr>
        <w:spacing w:after="280" w:before="0"/>
        <w:jc w:val="center"/>
      </w:pPr>
      <w:r>
        <w:rPr>
          <w:b w:val="0"/>
          <w:sz w:val="20"/>
        </w:rPr>
      </w:r>
    </w:p>
    <w:p>
      <w:pPr>
        <w:spacing w:after="120" w:before="200"/>
      </w:pPr>
      <w:r>
        <w:rPr>
          <w:b/>
          <w:sz w:val="26"/>
        </w:rPr>
        <w:t>Prohlašující:</w:t>
      </w:r>
    </w:p>
    <w:p>
      <w:pPr>
        <w:spacing w:after="120" w:before="0"/>
      </w:pPr>
      <w:r>
        <w:rPr>
          <w:b w:val="0"/>
          <w:sz w:val="22"/>
        </w:rPr>
        <w:t>Jméno a příjmení / název: ____________________</w:t>
      </w:r>
    </w:p>
    <w:p>
      <w:pPr>
        <w:spacing w:after="120" w:before="0"/>
      </w:pPr>
      <w:r>
        <w:rPr>
          <w:b w:val="0"/>
          <w:sz w:val="22"/>
        </w:rPr>
        <w:t>Datum narození / IČO: ____________________</w:t>
      </w:r>
    </w:p>
    <w:p>
      <w:pPr>
        <w:spacing w:after="120" w:before="0"/>
      </w:pPr>
      <w:r>
        <w:rPr>
          <w:b w:val="0"/>
          <w:sz w:val="22"/>
        </w:rPr>
        <w:t>Trvalé bydliště / sídlo: ____________________</w:t>
      </w:r>
    </w:p>
    <w:p>
      <w:pPr>
        <w:spacing w:after="120" w:before="200"/>
      </w:pPr>
      <w:r>
        <w:rPr>
          <w:b/>
          <w:sz w:val="26"/>
        </w:rPr>
        <w:t>Prohlášení</w:t>
      </w:r>
    </w:p>
    <w:p>
      <w:pPr>
        <w:spacing w:after="120" w:before="0"/>
      </w:pPr>
      <w:r>
        <w:rPr>
          <w:b w:val="0"/>
          <w:sz w:val="22"/>
        </w:rPr>
        <w:t>Já, výše uvedený/á, tímto čestně prohlašuji, že: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________________________________________________________________________</w:t>
      </w:r>
    </w:p>
    <w:p>
      <w:pPr>
        <w:spacing w:after="120" w:before="0"/>
      </w:pPr>
      <w:r>
        <w:rPr>
          <w:b w:val="0"/>
          <w:sz w:val="22"/>
        </w:rPr>
        <w:t>Toto prohlášení činím vážně, svobodně a určitě a stvrzuji, že všechny uvedené údaje jsou pravdivé a úplné.</w:t>
      </w:r>
    </w:p>
    <w:p>
      <w:pPr>
        <w:spacing w:after="120" w:before="0"/>
      </w:pPr>
      <w:r>
        <w:rPr>
          <w:b w:val="0"/>
          <w:sz w:val="22"/>
        </w:rPr>
        <w:t>Jsem si vědom/a právních následků nepravdivého čestného prohlášení. Úmyslné uvedení nesprávného nebo neúplného údaje v čestném prohlášení u správního orgánu je přestupkem, za který lze uložit pokutu do 20 000 Kč (§ 2 zákona č. 251/2016 Sb., o některých přestupcích).</w:t>
      </w:r>
    </w:p>
    <w:p>
      <w:pPr>
        <w:spacing w:after="120" w:before="0"/>
      </w:pPr>
      <w:r>
        <w:rPr>
          <w:b w:val="0"/>
          <w:sz w:val="22"/>
        </w:rPr>
        <w:t>Toto čestné prohlášení se vydává pro potřeby: ____________________________________________</w:t>
      </w:r>
    </w:p>
    <w:p>
      <w:pPr>
        <w:spacing w:after="80" w:before="0"/>
      </w:pPr>
      <w:r>
        <w:rPr>
          <w:b w:val="0"/>
          <w:sz w:val="22"/>
        </w:rPr>
      </w:r>
    </w:p>
    <w:p>
      <w:pPr>
        <w:spacing w:after="480" w:before="0"/>
      </w:pPr>
      <w:r>
        <w:rPr>
          <w:b w:val="0"/>
          <w:sz w:val="22"/>
        </w:rPr>
        <w:t>V ____________ dne ____________</w:t>
      </w:r>
    </w:p>
    <w:p>
      <w:pPr>
        <w:spacing w:after="40" w:before="0"/>
      </w:pPr>
      <w:r>
        <w:rPr>
          <w:b w:val="0"/>
          <w:sz w:val="22"/>
        </w:rPr>
        <w:t>_________________________</w:t>
      </w:r>
    </w:p>
    <w:p>
      <w:pPr>
        <w:spacing w:after="40" w:before="0"/>
      </w:pPr>
      <w:r>
        <w:rPr>
          <w:b w:val="0"/>
          <w:sz w:val="22"/>
        </w:rPr>
        <w:t>podpis prohlašujícího</w:t>
      </w:r>
    </w:p>
    <w:p>
      <w:pPr>
        <w:spacing w:after="80" w:before="160"/>
      </w:pPr>
      <w:r>
        <w:rPr>
          <w:b w:val="0"/>
          <w:sz w:val="20"/>
        </w:rPr>
        <w:t>Poznámka: Některé úřady a instituce vyžadují na čestném prohlášení úředně ověřený podpis. Ověřte si předem, v jaké podobě prohlášení příjemce požaduje.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