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ČESTNÉ PROHLÁŠENÍ</w:t>
      </w:r>
    </w:p>
    <w:p>
      <w:pPr>
        <w:jc w:val="center"/>
      </w:pPr>
      <w:r>
        <w:rPr>
          <w:sz w:val="22"/>
        </w:rPr>
        <w:t>o výši vlastních příjmů manžela/manželky</w:t>
        <w:br/>
        <w:t>pro účely uplatnění slevy na dani podle § 35ba odst. 1 písm. b) zákona č. 586/1992 Sb., o daních z příjmů</w:t>
      </w:r>
    </w:p>
    <w:p/>
    <w:p>
      <w:r>
        <w:t>Já, níže podepsaný/á ..............................................................., narozen/a ......................., bytem ...............................................................................................,</w:t>
      </w:r>
    </w:p>
    <w:p>
      <w:r>
        <w:rPr>
          <w:b/>
        </w:rPr>
        <w:t xml:space="preserve">čestně prohlašuji, </w:t>
      </w:r>
      <w:r>
        <w:t xml:space="preserve">že můj vlastní příjem za zdaňovací období roku .............. nepřesáhl částku </w:t>
      </w:r>
      <w:r>
        <w:rPr>
          <w:b/>
        </w:rPr>
        <w:t>68 000 Kč</w:t>
      </w:r>
      <w:r>
        <w:t>.</w:t>
      </w:r>
    </w:p>
    <w:p>
      <w:r>
        <w:t>Toto prohlášení činím pro účely uplatnění slevy na dani na manžela/manželku, kterou uplatňuje můj manžel / moje manželka ............................................................... ve svém daňovém přiznání k dani z příjmů fyzických osob, případně v ročním zúčtování záloh u zaměstnavatele.</w:t>
      </w:r>
    </w:p>
    <w:p/>
    <w:p>
      <w:r>
        <w:rPr>
          <w:b/>
        </w:rPr>
        <w:t>Do vlastních příjmů se pro účely limitu 68 000 Kč započítávají zejména:</w:t>
      </w:r>
    </w:p>
    <w:p>
      <w:pPr>
        <w:pStyle w:val="ListBullet"/>
      </w:pPr>
      <w:r>
        <w:t>mzda, plat a příjmy z podnikání (OSVČ),</w:t>
      </w:r>
    </w:p>
    <w:p>
      <w:pPr>
        <w:pStyle w:val="ListBullet"/>
      </w:pPr>
      <w:r>
        <w:t>příjmy z nájmu a z kapitálového majetku,</w:t>
      </w:r>
    </w:p>
    <w:p>
      <w:pPr>
        <w:pStyle w:val="ListBullet"/>
      </w:pPr>
      <w:r>
        <w:t>peněžitá pomoc v mateřství (mateřská),</w:t>
      </w:r>
    </w:p>
    <w:p>
      <w:pPr>
        <w:pStyle w:val="ListBullet"/>
      </w:pPr>
      <w:r>
        <w:t>nemocenská a ošetřovné,</w:t>
      </w:r>
    </w:p>
    <w:p>
      <w:pPr>
        <w:pStyle w:val="ListBullet"/>
      </w:pPr>
      <w:r>
        <w:t>podpora v nezaměstnanosti,</w:t>
      </w:r>
    </w:p>
    <w:p>
      <w:pPr>
        <w:pStyle w:val="ListBullet"/>
      </w:pPr>
      <w:r>
        <w:t>starobní, invalidní a jiné důchody.</w:t>
      </w:r>
    </w:p>
    <w:p>
      <w:r>
        <w:rPr>
          <w:b/>
        </w:rPr>
        <w:t>Do vlastních příjmů se naopak nezapočítávají zejména:</w:t>
      </w:r>
    </w:p>
    <w:p>
      <w:pPr>
        <w:pStyle w:val="ListBullet"/>
      </w:pPr>
      <w:r>
        <w:t>rodičovský příspěvek,</w:t>
      </w:r>
    </w:p>
    <w:p>
      <w:pPr>
        <w:pStyle w:val="ListBullet"/>
      </w:pPr>
      <w:r>
        <w:t>přídavek na dítě,</w:t>
      </w:r>
    </w:p>
    <w:p>
      <w:pPr>
        <w:pStyle w:val="ListBullet"/>
      </w:pPr>
      <w:r>
        <w:t>dávky pomoci v hmotné nouzi,</w:t>
      </w:r>
    </w:p>
    <w:p>
      <w:pPr>
        <w:pStyle w:val="ListBullet"/>
      </w:pPr>
      <w:r>
        <w:t>příspěvek na bydlení a další dávky státní sociální podpory,</w:t>
      </w:r>
    </w:p>
    <w:p>
      <w:pPr>
        <w:pStyle w:val="ListBullet"/>
      </w:pPr>
      <w:r>
        <w:t>příspěvek na péči a dávky pro osoby se zdravotním postižením,</w:t>
      </w:r>
    </w:p>
    <w:p>
      <w:pPr>
        <w:pStyle w:val="ListBullet"/>
      </w:pPr>
      <w:r>
        <w:t>stipendium při soustavné přípravě na povolání.</w:t>
      </w:r>
    </w:p>
    <w:p/>
    <w:p>
      <w:r>
        <w:t>Jsem si vědom/a právních následků nepravdivého čestného prohlášení.</w:t>
      </w:r>
    </w:p>
    <w:p/>
    <w:p>
      <w:r>
        <w:t>V ............................................. dne .............................</w:t>
      </w:r>
    </w:p>
    <w:p/>
    <w:p>
      <w:pPr>
        <w:jc w:val="right"/>
      </w:pPr>
      <w:r>
        <w:t>.............................................</w:t>
        <w:br/>
        <w:t>podpis</w:t>
      </w:r>
    </w:p>
    <w:sectPr w:rsidR="00FC693F" w:rsidRPr="0006063C" w:rsidSect="00034616"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