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36"/>
        </w:rPr>
        <w:t>CENOVÁ NABÍDKA č. ____________</w:t>
      </w:r>
    </w:p>
    <w:p>
      <w:pPr>
        <w:spacing w:after="280" w:before="0"/>
        <w:jc w:val="center"/>
      </w:pPr>
      <w:r>
        <w:rPr>
          <w:b w:val="0"/>
          <w:sz w:val="20"/>
        </w:rPr>
      </w:r>
    </w:p>
    <w:p>
      <w:pPr>
        <w:spacing w:after="120" w:before="200"/>
      </w:pPr>
      <w:r>
        <w:rPr>
          <w:b/>
          <w:sz w:val="26"/>
        </w:rPr>
        <w:t>Dodavatel:</w:t>
      </w:r>
    </w:p>
    <w:p>
      <w:pPr>
        <w:spacing w:after="120" w:before="0"/>
      </w:pPr>
      <w:r>
        <w:rPr>
          <w:b w:val="0"/>
          <w:sz w:val="22"/>
        </w:rPr>
        <w:t>Jméno / název: ____________________</w:t>
      </w:r>
    </w:p>
    <w:p>
      <w:pPr>
        <w:spacing w:after="120" w:before="0"/>
      </w:pPr>
      <w:r>
        <w:rPr>
          <w:b w:val="0"/>
          <w:sz w:val="22"/>
        </w:rPr>
        <w:t>Sídlo / místo podnikání: ____________________</w:t>
      </w:r>
    </w:p>
    <w:p>
      <w:pPr>
        <w:spacing w:after="120" w:before="0"/>
      </w:pPr>
      <w:r>
        <w:rPr>
          <w:b w:val="0"/>
          <w:sz w:val="22"/>
        </w:rPr>
        <w:t>IČO: ____________________   DIČ: ____________________</w:t>
      </w:r>
    </w:p>
    <w:p>
      <w:pPr>
        <w:spacing w:after="120" w:before="0"/>
      </w:pPr>
      <w:r>
        <w:rPr>
          <w:b w:val="0"/>
          <w:sz w:val="22"/>
        </w:rPr>
        <w:t>Telefon / e-mail: ____________________</w:t>
      </w:r>
    </w:p>
    <w:p>
      <w:pPr>
        <w:spacing w:after="120" w:before="200"/>
      </w:pPr>
      <w:r>
        <w:rPr>
          <w:b/>
          <w:sz w:val="26"/>
        </w:rPr>
        <w:t>Odběratel:</w:t>
      </w:r>
    </w:p>
    <w:p>
      <w:pPr>
        <w:spacing w:after="120" w:before="0"/>
      </w:pPr>
      <w:r>
        <w:rPr>
          <w:b w:val="0"/>
          <w:sz w:val="22"/>
        </w:rPr>
        <w:t>Jméno / název: ____________________</w:t>
      </w:r>
    </w:p>
    <w:p>
      <w:pPr>
        <w:spacing w:after="120" w:before="0"/>
      </w:pPr>
      <w:r>
        <w:rPr>
          <w:b w:val="0"/>
          <w:sz w:val="22"/>
        </w:rPr>
        <w:t>Sídlo / adresa: ____________________</w:t>
      </w:r>
    </w:p>
    <w:p>
      <w:pPr>
        <w:spacing w:after="120" w:before="0"/>
      </w:pPr>
      <w:r>
        <w:rPr>
          <w:b w:val="0"/>
          <w:sz w:val="22"/>
        </w:rPr>
        <w:t>IČO: ____________________</w:t>
      </w:r>
    </w:p>
    <w:p>
      <w:pPr>
        <w:spacing w:after="200" w:before="0"/>
      </w:pPr>
      <w:r>
        <w:rPr>
          <w:b w:val="0"/>
          <w:sz w:val="22"/>
        </w:rPr>
        <w:t>Datum vystavení: ____________          Nabídka platí do: ____________</w:t>
      </w:r>
    </w:p>
    <w:p>
      <w:pPr>
        <w:spacing w:after="120" w:before="200"/>
      </w:pPr>
      <w:r>
        <w:rPr>
          <w:b/>
          <w:sz w:val="26"/>
        </w:rPr>
        <w:t>Předmět nabídky</w:t>
      </w:r>
    </w:p>
    <w:p>
      <w:pPr>
        <w:spacing w:after="120" w:before="0"/>
      </w:pPr>
      <w:r>
        <w:rPr>
          <w:b w:val="0"/>
          <w:sz w:val="22"/>
        </w:rPr>
        <w:t>________________________________________________________________________</w:t>
      </w:r>
    </w:p>
    <w:p>
      <w:pPr>
        <w:spacing w:after="120" w:before="0"/>
      </w:pPr>
      <w:r>
        <w:rPr>
          <w:b w:val="0"/>
          <w:sz w:val="22"/>
        </w:rPr>
        <w:t>________________________________________________________________________</w:t>
      </w:r>
    </w:p>
    <w:p>
      <w:pPr>
        <w:spacing w:after="120" w:before="200"/>
      </w:pPr>
      <w:r>
        <w:rPr>
          <w:b/>
          <w:sz w:val="26"/>
        </w:rPr>
        <w:t>Položky a ceny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</w:tcPr>
          <w:p>
            <w:r>
              <w:rPr>
                <w:b/>
                <w:sz w:val="22"/>
              </w:rPr>
              <w:t>Položka</w:t>
            </w:r>
          </w:p>
        </w:tc>
        <w:tc>
          <w:tcPr>
            <w:tcW w:type="dxa" w:w="2436"/>
          </w:tcPr>
          <w:p>
            <w:r>
              <w:rPr>
                <w:b/>
                <w:sz w:val="22"/>
              </w:rPr>
              <w:t>Množství</w:t>
            </w:r>
          </w:p>
        </w:tc>
        <w:tc>
          <w:tcPr>
            <w:tcW w:type="dxa" w:w="2436"/>
          </w:tcPr>
          <w:p>
            <w:r>
              <w:rPr>
                <w:b/>
                <w:sz w:val="22"/>
              </w:rPr>
              <w:t>Cena za jednotku (Kč)</w:t>
            </w:r>
          </w:p>
        </w:tc>
        <w:tc>
          <w:tcPr>
            <w:tcW w:type="dxa" w:w="2436"/>
          </w:tcPr>
          <w:p>
            <w:r>
              <w:rPr>
                <w:b/>
                <w:sz w:val="22"/>
              </w:rPr>
              <w:t>Cena celkem (Kč)</w:t>
            </w:r>
          </w:p>
        </w:tc>
      </w:tr>
      <w:tr>
        <w:tc>
          <w:tcPr>
            <w:tcW w:type="dxa" w:w="2436"/>
          </w:tcPr>
          <w:p>
            <w:r>
              <w:rPr>
                <w:sz w:val="22"/>
              </w:rPr>
            </w:r>
          </w:p>
        </w:tc>
        <w:tc>
          <w:tcPr>
            <w:tcW w:type="dxa" w:w="2436"/>
          </w:tcPr>
          <w:p>
            <w:r>
              <w:rPr>
                <w:sz w:val="22"/>
              </w:rPr>
            </w:r>
          </w:p>
        </w:tc>
        <w:tc>
          <w:tcPr>
            <w:tcW w:type="dxa" w:w="2436"/>
          </w:tcPr>
          <w:p>
            <w:r>
              <w:rPr>
                <w:sz w:val="22"/>
              </w:rPr>
            </w:r>
          </w:p>
        </w:tc>
        <w:tc>
          <w:tcPr>
            <w:tcW w:type="dxa" w:w="2436"/>
          </w:tcPr>
          <w:p>
            <w:r>
              <w:rPr>
                <w:sz w:val="22"/>
              </w:rPr>
            </w:r>
          </w:p>
        </w:tc>
      </w:tr>
      <w:tr>
        <w:tc>
          <w:tcPr>
            <w:tcW w:type="dxa" w:w="2436"/>
          </w:tcPr>
          <w:p>
            <w:r>
              <w:rPr>
                <w:sz w:val="22"/>
              </w:rPr>
            </w:r>
          </w:p>
        </w:tc>
        <w:tc>
          <w:tcPr>
            <w:tcW w:type="dxa" w:w="2436"/>
          </w:tcPr>
          <w:p>
            <w:r>
              <w:rPr>
                <w:sz w:val="22"/>
              </w:rPr>
            </w:r>
          </w:p>
        </w:tc>
        <w:tc>
          <w:tcPr>
            <w:tcW w:type="dxa" w:w="2436"/>
          </w:tcPr>
          <w:p>
            <w:r>
              <w:rPr>
                <w:sz w:val="22"/>
              </w:rPr>
            </w:r>
          </w:p>
        </w:tc>
        <w:tc>
          <w:tcPr>
            <w:tcW w:type="dxa" w:w="2436"/>
          </w:tcPr>
          <w:p>
            <w:r>
              <w:rPr>
                <w:sz w:val="22"/>
              </w:rPr>
            </w:r>
          </w:p>
        </w:tc>
      </w:tr>
      <w:tr>
        <w:tc>
          <w:tcPr>
            <w:tcW w:type="dxa" w:w="2436"/>
          </w:tcPr>
          <w:p>
            <w:r>
              <w:rPr>
                <w:sz w:val="22"/>
              </w:rPr>
            </w:r>
          </w:p>
        </w:tc>
        <w:tc>
          <w:tcPr>
            <w:tcW w:type="dxa" w:w="2436"/>
          </w:tcPr>
          <w:p>
            <w:r>
              <w:rPr>
                <w:sz w:val="22"/>
              </w:rPr>
            </w:r>
          </w:p>
        </w:tc>
        <w:tc>
          <w:tcPr>
            <w:tcW w:type="dxa" w:w="2436"/>
          </w:tcPr>
          <w:p>
            <w:r>
              <w:rPr>
                <w:sz w:val="22"/>
              </w:rPr>
            </w:r>
          </w:p>
        </w:tc>
        <w:tc>
          <w:tcPr>
            <w:tcW w:type="dxa" w:w="2436"/>
          </w:tcPr>
          <w:p>
            <w:r>
              <w:rPr>
                <w:sz w:val="22"/>
              </w:rPr>
            </w:r>
          </w:p>
        </w:tc>
      </w:tr>
      <w:tr>
        <w:tc>
          <w:tcPr>
            <w:tcW w:type="dxa" w:w="2436"/>
          </w:tcPr>
          <w:p>
            <w:r>
              <w:rPr>
                <w:sz w:val="22"/>
              </w:rPr>
            </w:r>
          </w:p>
        </w:tc>
        <w:tc>
          <w:tcPr>
            <w:tcW w:type="dxa" w:w="2436"/>
          </w:tcPr>
          <w:p>
            <w:r>
              <w:rPr>
                <w:sz w:val="22"/>
              </w:rPr>
            </w:r>
          </w:p>
        </w:tc>
        <w:tc>
          <w:tcPr>
            <w:tcW w:type="dxa" w:w="2436"/>
          </w:tcPr>
          <w:p>
            <w:r>
              <w:rPr>
                <w:sz w:val="22"/>
              </w:rPr>
            </w:r>
          </w:p>
        </w:tc>
        <w:tc>
          <w:tcPr>
            <w:tcW w:type="dxa" w:w="2436"/>
          </w:tcPr>
          <w:p>
            <w:r>
              <w:rPr>
                <w:sz w:val="22"/>
              </w:rPr>
            </w:r>
          </w:p>
        </w:tc>
      </w:tr>
      <w:tr>
        <w:tc>
          <w:tcPr>
            <w:tcW w:type="dxa" w:w="2436"/>
          </w:tcPr>
          <w:p/>
        </w:tc>
        <w:tc>
          <w:tcPr>
            <w:tcW w:type="dxa" w:w="2436"/>
          </w:tcPr>
          <w:p/>
        </w:tc>
        <w:tc>
          <w:tcPr>
            <w:tcW w:type="dxa" w:w="2436"/>
          </w:tcPr>
          <w:p>
            <w:r>
              <w:rPr>
                <w:b/>
                <w:sz w:val="22"/>
              </w:rPr>
              <w:t>Celkem bez DPH</w:t>
            </w:r>
          </w:p>
        </w:tc>
        <w:tc>
          <w:tcPr>
            <w:tcW w:type="dxa" w:w="2436"/>
          </w:tcPr>
          <w:p/>
        </w:tc>
      </w:tr>
      <w:tr>
        <w:tc>
          <w:tcPr>
            <w:tcW w:type="dxa" w:w="2436"/>
          </w:tcPr>
          <w:p/>
        </w:tc>
        <w:tc>
          <w:tcPr>
            <w:tcW w:type="dxa" w:w="2436"/>
          </w:tcPr>
          <w:p/>
        </w:tc>
        <w:tc>
          <w:tcPr>
            <w:tcW w:type="dxa" w:w="2436"/>
          </w:tcPr>
          <w:p>
            <w:r>
              <w:rPr>
                <w:b/>
                <w:sz w:val="22"/>
              </w:rPr>
              <w:t>DPH ____ %</w:t>
            </w:r>
          </w:p>
        </w:tc>
        <w:tc>
          <w:tcPr>
            <w:tcW w:type="dxa" w:w="2436"/>
          </w:tcPr>
          <w:p/>
        </w:tc>
      </w:tr>
      <w:tr>
        <w:tc>
          <w:tcPr>
            <w:tcW w:type="dxa" w:w="2436"/>
          </w:tcPr>
          <w:p/>
        </w:tc>
        <w:tc>
          <w:tcPr>
            <w:tcW w:type="dxa" w:w="2436"/>
          </w:tcPr>
          <w:p/>
        </w:tc>
        <w:tc>
          <w:tcPr>
            <w:tcW w:type="dxa" w:w="2436"/>
          </w:tcPr>
          <w:p>
            <w:r>
              <w:rPr>
                <w:b/>
                <w:sz w:val="22"/>
              </w:rPr>
              <w:t>Celkem k úhradě</w:t>
            </w:r>
          </w:p>
        </w:tc>
        <w:tc>
          <w:tcPr>
            <w:tcW w:type="dxa" w:w="2436"/>
          </w:tcPr>
          <w:p/>
        </w:tc>
      </w:tr>
    </w:tbl>
    <w:p>
      <w:pPr>
        <w:spacing w:after="40" w:before="0"/>
      </w:pPr>
      <w:r>
        <w:rPr>
          <w:b w:val="0"/>
          <w:sz w:val="22"/>
        </w:rPr>
      </w:r>
    </w:p>
    <w:p>
      <w:pPr>
        <w:spacing w:after="120" w:before="0"/>
      </w:pPr>
      <w:r>
        <w:rPr>
          <w:b w:val="0"/>
          <w:sz w:val="22"/>
        </w:rPr>
        <w:t>Dodavatel není / je plátce DPH (nehodící se škrtněte). Není-li dodavatel plátce DPH, DPH se neúčtuje a platí ceny bez DPH.</w:t>
      </w:r>
    </w:p>
    <w:p>
      <w:pPr>
        <w:spacing w:after="120" w:before="200"/>
      </w:pPr>
      <w:r>
        <w:rPr>
          <w:b/>
          <w:sz w:val="26"/>
        </w:rPr>
        <w:t>Platební a dodací podmínky</w:t>
      </w:r>
    </w:p>
    <w:p>
      <w:pPr>
        <w:spacing w:after="120" w:before="0"/>
      </w:pPr>
      <w:r>
        <w:rPr>
          <w:b w:val="0"/>
          <w:sz w:val="22"/>
        </w:rPr>
        <w:t>Termín dodání / provedení: ____________________</w:t>
      </w:r>
    </w:p>
    <w:p>
      <w:pPr>
        <w:spacing w:after="120" w:before="0"/>
      </w:pPr>
      <w:r>
        <w:rPr>
          <w:b w:val="0"/>
          <w:sz w:val="22"/>
        </w:rPr>
        <w:t>Splatnost: ____ dnů od vystavení faktury, převodem na účet č. ____________________</w:t>
      </w:r>
    </w:p>
    <w:p>
      <w:pPr>
        <w:spacing w:after="120" w:before="0"/>
      </w:pPr>
      <w:r>
        <w:rPr>
          <w:b w:val="0"/>
          <w:sz w:val="22"/>
        </w:rPr>
        <w:t>Záruka: ____________________</w:t>
      </w:r>
    </w:p>
    <w:p>
      <w:pPr>
        <w:spacing w:after="120" w:before="0"/>
      </w:pPr>
      <w:r>
        <w:rPr>
          <w:b w:val="0"/>
          <w:sz w:val="22"/>
        </w:rPr>
        <w:t>Další podmínky: ________________________________________________________</w:t>
      </w:r>
    </w:p>
    <w:p>
      <w:pPr>
        <w:spacing w:after="80" w:before="160"/>
      </w:pPr>
      <w:r>
        <w:rPr>
          <w:b w:val="0"/>
          <w:sz w:val="20"/>
        </w:rPr>
        <w:t>Obsahuje-li tato nabídka podstatné náležitosti smlouvy, je návrhem na uzavření smlouvy (§ 1731 a § 1732 občanského zákoníku) a jejím přijetím ve lhůtě platnosti nabídky vzniká smlouva. Po uplynutí uvedené lhůty nabídka zaniká. Cenová nabídka není daňovým dokladem; tím je až faktura vystavená po dodání.</w:t>
      </w:r>
    </w:p>
    <w:p>
      <w:pPr>
        <w:spacing w:after="80" w:before="0"/>
      </w:pPr>
      <w:r>
        <w:rPr>
          <w:b w:val="0"/>
          <w:sz w:val="22"/>
        </w:rPr>
      </w:r>
    </w:p>
    <w:p>
      <w:pPr>
        <w:spacing w:after="480" w:before="0"/>
      </w:pPr>
      <w:r>
        <w:rPr>
          <w:b w:val="0"/>
          <w:sz w:val="22"/>
        </w:rPr>
        <w:t>V ____________ dne ____________</w:t>
      </w:r>
    </w:p>
    <w:p>
      <w:pPr>
        <w:spacing w:after="40" w:before="0"/>
      </w:pPr>
      <w:r>
        <w:rPr>
          <w:b w:val="0"/>
          <w:sz w:val="22"/>
        </w:rPr>
        <w:t>_________________________</w:t>
      </w:r>
    </w:p>
    <w:p>
      <w:pPr>
        <w:spacing w:after="40" w:before="0"/>
      </w:pPr>
      <w:r>
        <w:rPr>
          <w:b w:val="0"/>
          <w:sz w:val="22"/>
        </w:rPr>
        <w:t>razítko a podpis dodavatele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